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 [dièse] 2.0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Champlain, Michel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Etudes &amp; développement(N°:None)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9782100493272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orientée objet/ plateforme .NET/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explication concise des nouvelles fonctionnalités de cette version, illustrée par de courts exemples complets. Il met également en évidence la complémentarité entre C# et la plateforme .NET, tout en rappelant les concepts fondamentaux de la programmation orientée objet.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