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conception d'un programme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Clancy, Michael/ Cupac, Bonnie/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p.p.451-456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2100016822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fonctionnelle/ récursivité/ </w:t>
            </w:r>
          </w:p>
        </w:tc>
      </w:tr>
    </w:tbl>
    <w:p>
      <w:pPr>
        <w:pStyle w:val="Heading3"/>
      </w:pPr>
      <w:r>
        <w:t>Résumé :</w:t>
      </w:r>
    </w:p>
    <w:p>
      <w:r>
        <w:t>Ce livre est particulièrement utile pour ceux qui souhaitent développer une compréhension solide des techniques de programmation fonctionnelle et de leur application dans divers contextes.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