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TCP, IP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Saury, Jean-Georges/ Caicoya, Sylvain/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Micro application/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x 15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 guide complet(N°:None)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p.p.347-352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9782822401517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architecture informatique/ réseau informatique/ protocole Internet/ </w:t>
            </w:r>
          </w:p>
        </w:tc>
      </w:tr>
    </w:tbl>
    <w:p>
      <w:pPr>
        <w:pStyle w:val="Heading3"/>
      </w:pPr>
      <w:r>
        <w:t>Résumé :</w:t>
      </w:r>
    </w:p>
    <w:p>
      <w:r>
        <w:t>Présentation des différents services et protocoles s'appuyant sur TCP/IP, que cela soit pour le transfert de fichiers (FTP), les pages Web (HTTP), l'envoi des mails (SMTP).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