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base du PL,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Chénique,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L'Economie d'entreprise(N°:23)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p.p.455-457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</w:t>
            </w:r>
          </w:p>
        </w:tc>
      </w:tr>
    </w:tbl>
    <w:p>
      <w:pPr>
        <w:pStyle w:val="Heading3"/>
      </w:pPr>
      <w:r>
        <w:t>Résumé :</w:t>
      </w:r>
    </w:p>
    <w:p>
      <w:r>
        <w:t>Cet livre présente une introduction à la programmation PL/SQL. PL/SQL est un langage de programmation procédurale adapté à la manipulation de bases de données relationnelles avec des types de données, requêtes, curseurs et gestion des erreurs.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