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AJAX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Faugout, Nicolas/ Catteau,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p.p.579-589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9782300013003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javascript/ site web: développement/ AJAX/ </w:t>
            </w:r>
          </w:p>
        </w:tc>
      </w:tr>
    </w:tbl>
    <w:p>
      <w:pPr>
        <w:pStyle w:val="Heading3"/>
      </w:pPr>
      <w:r>
        <w:t>Résumé :</w:t>
      </w:r>
    </w:p>
    <w:p>
      <w:r>
        <w:t>Cet ouvrage "AJAX" offre une introduction détaillée à cette technologie, en couvrant ses principes fondamentaux et en fournissant des exemples pratiques pour illustrer son utilisation. Les lecteurs y apprendront comment intégrer AJAX dans leurs projets web, en combinant JavaScript, XML et d'autres technologies associées.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