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système pascal UCSD.T1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Chamoret, Thierry/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Editests/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Système d'exploitation(N°:None)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2866990021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d'exploitation/ UCSD pascal/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aux personnes qui désirent connaitre son organisation et son mode de fonctinnement</w:t>
        <w:br/>
        <w:br/>
        <w:t>Les Différents parties de ce système sont décrit et commentées à partir de leur déclaration en pascal l'auteur aborde de mode de mémorisation des variables la structure des disques et des différentes catégories de fichiers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