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Photoshop élements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Chabard, Laurence/ </w:t>
            </w:r>
          </w:p>
        </w:tc>
      </w:tr>
      <w:tr>
        <w:trPr>
          <w:trHeight w:val="567"/>
        </w:trPr>
        <w:tc>
          <w:tcPr>
            <w:tcW w:type="dxa" w:w="3000"/>
          </w:tcPr>
          <w:p>
            <w:r>
              <w:t>Adresse bib.</w:t>
            </w:r>
          </w:p>
        </w:tc>
        <w:tc>
          <w:tcPr>
            <w:tcW w:type="dxa" w:w="7000"/>
          </w:tcPr>
          <w:p>
            <w:r>
              <w:t xml:space="preserve">Peachpit Press/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Découvrir(N°:None)</w:t>
            </w:r>
          </w:p>
        </w:tc>
      </w:tr>
      <w:tr>
        <w:trPr>
          <w:trHeight w:val="567"/>
        </w:trPr>
        <w:tc>
          <w:tcPr>
            <w:tcW w:type="dxa" w:w="3000"/>
          </w:tcPr>
          <w:p>
            <w:r>
              <w:t>Notes Générales</w:t>
            </w:r>
          </w:p>
        </w:tc>
        <w:tc>
          <w:tcPr>
            <w:tcW w:type="dxa" w:w="7000"/>
          </w:tcPr>
          <w:p>
            <w:r>
              <w:t>Index p.p. 219-225</w:t>
            </w:r>
          </w:p>
        </w:tc>
      </w:tr>
      <w:tr>
        <w:trPr>
          <w:trHeight w:val="567"/>
        </w:trPr>
        <w:tc>
          <w:tcPr>
            <w:tcW w:type="dxa" w:w="3000"/>
          </w:tcPr>
          <w:p>
            <w:r>
              <w:t>Numéro d'Identification</w:t>
            </w:r>
          </w:p>
        </w:tc>
        <w:tc>
          <w:tcPr>
            <w:tcW w:type="dxa" w:w="7000"/>
          </w:tcPr>
          <w:p>
            <w:r>
              <w:t>2744080535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retouche photo/ correction d'image/ filtre photo/ </w:t>
            </w:r>
          </w:p>
        </w:tc>
      </w:tr>
    </w:tbl>
    <w:p>
      <w:pPr>
        <w:pStyle w:val="Heading3"/>
      </w:pPr>
      <w:r>
        <w:t>Résumé :</w:t>
      </w:r>
    </w:p>
    <w:p>
      <w:r>
        <w:t>L'ouvrage Photoshop Elements est un guide complet conçu pour initier et accompagner les utilisateurs dans la maîtrise de ce logiciel de retouche photo. Photoshop Elements est une version simplifiée de Photoshop, adaptée aux utilisateurs amateurs ou débutants qui souhaitent retoucher, organiser et partager leurs photos sans la complexité des fonctionnalités professionnelles de Photoshop.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