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en assembleur du microprocesseur 8086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Chahed, Idir/ Hammouche, Kamal/ Ameur, Soltane/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 L'Abeille/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microprocesseur/ instructions 8086/ langage d'assemblage/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suivants:</w:t>
        <w:br/>
        <w:br/>
        <w:t>Programmtion en assembleur avec l'utilitaire debug</w:t>
        <w:br/>
        <w:br/>
        <w:t>Les Instruction du microprocesseur 8086</w:t>
        <w:br/>
        <w:br/>
        <w:t>Exemples de programmes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