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organique en informatique de gestion.T2, les traitements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Cochet, Claude/ Galliot,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204010867X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organique/ système d'information/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Le Controle des données</w:t>
        <w:br/>
        <w:br/>
        <w:t>L'Analyse organique</w:t>
        <w:br/>
        <w:br/>
        <w:t>La Table de décision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