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(Soixante-dix)70 programmes Turbo Pascal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Caceu, M./ Guillemot, J.C./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Ed. Radio/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270910993X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turbo pascal (logiciel)/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 :</w:t>
        <w:br/>
        <w:br/>
        <w:t>Date du jour</w:t>
        <w:br/>
        <w:br/>
        <w:t>Caractères ASCH</w:t>
        <w:br/>
        <w:br/>
        <w:t>Addition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