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Outils de construction du logiciel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Constantinidis, Yves/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Etudes et logiciels informatiques(N°:None)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2866017145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génie logiciel/ système d'information/ </w:t>
            </w:r>
          </w:p>
        </w:tc>
      </w:tr>
    </w:tbl>
    <w:p>
      <w:pPr>
        <w:pStyle w:val="Heading3"/>
      </w:pPr>
      <w:r>
        <w:t>Résumé :</w:t>
      </w:r>
    </w:p>
    <w:p>
      <w:r>
        <w:t>Cet ouvrage a trois objectifs - éclaircir les concepts relatif aux outils et ateliers de conception et de développement, - mener une réflexion sur ce que devrait être l'outillage idéal d'une entreprise, - servir de guide au choix, à la mise en oeuvre et au suivi des outils de développement d'applications. Destiné avant tout aux managers, aux directeurs informatiques, aux consultants et aux étudiants, l'ouvrage indique dans un langage simple comment naviguer dans la galaxie des outils, évaluer leurs avantages et inconvénients, comprendre leur architecture, éviter les erreurs les plus fréquentes dans leur choix et leur utilisation, et utiliser chaque Outil au mieux de ses possibilités.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