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implémentation du système 4.4BSD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Dehaine, Nicolas/ Julien, Simon/ Kirk McKusick, Marshall/ Bostic, Keith/ Karels, Michael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publ.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539-551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284180142X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d'exploitation/ gestion de la memoire/ 4.4BSD/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aujourd'hui, BSD est dans pratiquement toutes les variantes d'UNIX, et largement utilisé pour les services Internet, les pare-feux et les systèmes de multitraitement. Avec cet ouvrage, vous connaîtrez les possibilités et les limitations du système, comment l'exploiter, le maintenir, l'optimiser et l'étendre. Vous y trouverez en outre l'information technique la plus détaillée, exacte et à jour, sur la structure interne de la dernière version de BSD.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