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5-XML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Cogisoft/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Iindex p.p. 357-361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composant delphi/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souhaitez être initié aux sujets les plus pointus de l'informatique ? Vous voulez bénéficier des connaissances d'un expert ? Avec cette collection, qui repose sur une démarche pratique et progressive, vous découvrirez les techniques simples, mais essentielles, utilisées par les professionnels. * Découvrez l'architecture des applications intranet et Internet * Maîtrisez les formulaires et l'ensemble des possibilités offertes par le XML * Développez des applications de bases de données automatisées, fiables et interactives * Débogez tous vos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