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logique mathématique.T2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Fraïssé,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 révue et modifiée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logique mathématique(N°:None)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167-171.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avec soin et rigueur les notions élémentre logique et théorie des reletions de puis le lecteurtrouvera de nombreux exercices et énoncés de problèmes ouverts; ils s'initiera ainsi à une partie tres vaste de la logique mathématique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