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Franchini, Jean/ Jacquens,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2729856188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le deuxiéme des trois tomes d'un manuel de  mathématiques écrit à l'intention des étudiants des classes préparatoires de seconde année PSI*, PSI,PC.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