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algorithme et étude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Filbet; Francis/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9782100599103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équation différentielle/ polynôme/ algorithme/ dérivée mathématique/ </w:t>
            </w:r>
          </w:p>
        </w:tc>
      </w:tr>
    </w:tbl>
    <w:p>
      <w:pPr>
        <w:pStyle w:val="Heading3"/>
      </w:pPr>
      <w:r>
        <w:t>Résumé :</w:t>
      </w:r>
    </w:p>
    <w:p>
      <w:r>
        <w:t>Présentation des outils de base qui permettent de résoudre d'un point de vue numérique des problèmes issus de la physique, de la biologie ou de l'ingénierie. Avec en fin de chapitre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