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T.P.et T.D.de topologie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Faisant;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éd. revue et corrigée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2705657452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topologie générale/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topologies Espace topologique Sous-ensembles particuliers Base Topologie induite Treillis des topologies fonctions continues filtre sur un ensemble Filtre sur un espace topologique Continuité Convergence Homéomorphisme Topologie produit Topologies associées à une application Topologie quotient Espaces Separes, compacts,connexes, Espaces séparés Espaces compacts Espaces connexes espaces numériques.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22/10/2026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