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topologie et d'analyse.T4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Flory,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analyse/ </w:t>
            </w:r>
          </w:p>
        </w:tc>
      </w:tr>
    </w:tbl>
    <w:p>
      <w:pPr>
        <w:pStyle w:val="Heading3"/>
      </w:pPr>
      <w:r>
        <w:t>Résumé :</w:t>
      </w:r>
    </w:p>
    <w:p>
      <w:r>
        <w:t>Les exercices de topologie et annalyse en quatre tomes le programme correspondant des classes preparatoires M.M'.P.P'.mais ils s'adressent aussi aux etudiants du premieres cycle universitairs</w:t>
        <w:br/>
        <w:br/>
        <w:t>precedes d'un court rappel des connaissances necessaires et des definitions ces exercices avec solutions constituent soit des prolongemnts theoriques du cours soit des applications de celui-ci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