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descriptive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Faure,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9782729843984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descriptive/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géométrie descriptive offre une palette de problèmes résolus, de la notion de point à celles des ombres propres ou portées, en passant par les surfaces de révolution. La réponse à chaque problème est développée en deux étapes : un raisonnement géométrique, en supposant le problème résolu, pour mettre en évidence les différentes constructions à envisager ; une marche à suivre pour bâtir l'épure pas à pas et qui correspond à certains choix géométriques faits lors du raisonnement.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