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Faurre;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l'Ecole polytechnique(N°:None)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272988808X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livre reprend l'un des cours de mathématiques appliquées de l'Ecole Polytechnique.Probabilités et méthodes statistiques ; méthodes numériques par les modèles représentés par des équations aux dérivées partielles (éléments finis) ; méthodes et algorithmes relatifs à l'optimisation et au filtrage numérique.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