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9782100549245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Proposant des résumés complets du cours de Mathématiques de première année MPSI et deuxième année MP sous forme de fiches. Chaque fiche traite d'un thème du programme en donnant :</w:t>
        <w:br/>
        <w:br/>
        <w:t>toutes les définitions, lois et formules à connaître ;des conseils, des rappels de méthodes, des erreurs à éviter.Synthétique et illustré, on constituera un outil de révision précieux pour les étudiants qui veulent revoir rapidement et efficacement l'essentiel des notions à connaître.Dans cette deuxième édition, le contenu a été entièrement revu, corrigé et structuré sous forme de fiches.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