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résumés du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9782100549238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Des résumés complets du cours de mathématiques sur les deux années de classes préparatoires scientifiques PCSI-PTSI et PC-PSI-PT.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