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Mathématique élémentaire d'un point de vue algorithmique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Engel, Arthur/ Reisz, Daniel/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CEDIC/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Formation des maîtres en mathématiques(N°:None)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2712401522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mathématique/ algorithme/ </w:t>
            </w:r>
          </w:p>
        </w:tc>
      </w:tr>
    </w:tbl>
    <w:p>
      <w:pPr>
        <w:pStyle w:val="Heading3"/>
      </w:pPr>
      <w:r>
        <w:t>Résumé :</w:t>
      </w:r>
    </w:p>
    <w:p>
      <w:r>
        <w:t>Cet ouvrage ce voudrait une contribution à une telle évolution. il traite du fondement meme de l'informatique c'est à dire de l'élaboration et du fonctionnement des algorithmes en se restreignant aux mathématiques élémentaires.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