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pour ingénieurs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J. André/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Presses internationales polytechnique(PIP)/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9782553016226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On couvre notamment l'analyse d'erreurs, les racines d'équations algébriques, les systèmes d'équations linéaires et non linéaires, les techniques d'interpolation, la différentiation et l'intégration numériques ainsi que les systèmes d'équations différentielles ordinaires. L'auteur met l'accent sur la compréhension profonde des méthodes proposées plutôt que sur la programmation, en présentant chaque thème à l'aide d'exemples, de figures, de tableaux et d'applications. Ce livre s'adresse aux étudiants en sciences et en génie ainsi qu'aux ingénieurs et aux scientifiques qui désirent acquérir des connaissances et des habiletés de base dans le domaine de l'analyse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