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Fellah,Dominique/ Raccaglia, Francis/ Berthet, Maryse/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cours complet assorti d'exercices et de problèmes corrigés pour les élèves de première année des classes préparatoires biologie-chimie-physique-sciences de la terre et des étudiants des filières universitaires analogues.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