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: prépa BCPST 1 Algèbre linéaire, probas, géométrie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Raccaglia, Francis/ Berthet, Maryse/ Fellah,Dominique/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2711788148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probabilité/ algébre linéaire/ </w:t>
            </w:r>
          </w:p>
        </w:tc>
      </w:tr>
    </w:tbl>
    <w:p>
      <w:pPr>
        <w:pStyle w:val="Heading3"/>
      </w:pPr>
      <w:r>
        <w:t>Résumé :</w:t>
      </w:r>
    </w:p>
    <w:p>
      <w:r>
        <w:t>Le cours complet de première année assorti d'exercices et de problèmes corrigés pour les classes préparatoires biologie, chimie, physique, sciences de la Terre et les étudiants des filières universitaires analogues.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