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&amp; géométrie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Dufetrelle, Corinne/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Galaxies d'exercices(N°:None)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271178889X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nombre complexe/ algébre/ espace vectoriel/ équation linéaire/ </w:t>
            </w:r>
          </w:p>
        </w:tc>
      </w:tr>
    </w:tbl>
    <w:p>
      <w:pPr>
        <w:pStyle w:val="Heading3"/>
      </w:pPr>
      <w:r>
        <w:t>Résumé :</w:t>
      </w:r>
    </w:p>
    <w:p>
      <w:r>
        <w:t>Exercices corrigés couvrant le programme des classes prépas scientifiques (filières PCSI) , et exemples d'utilisation des théorèmes, des méthodes de résolution d'exercices et des techniques de calcul.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