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Destination géométrie et topologie avec Thurston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Le Pommier/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x 15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Voyages en mathématiques(N°:None)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9782746507081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Mathématiques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Principes généraux des mathématiques/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géométrie/ topologie/ </w:t>
            </w:r>
          </w:p>
        </w:tc>
      </w:tr>
    </w:tbl>
    <w:p>
      <w:pPr>
        <w:pStyle w:val="Heading3"/>
      </w:pPr>
      <w:r>
        <w:t>Résumé :</w:t>
      </w:r>
    </w:p>
    <w:p>
      <w:r>
        <w:t>Un voyage au coeur des mathématiques, plus particulièrement en topologie et en géométrie de dimension 2 et 3 avec un guide d'exception : William Thurston, un des plus grands mathématiciens du XXe siècle.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