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d'analsye.T5  chapitre 21, fascicule 38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204-206.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2040009329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Dans se chapitre, la théorie des groupes de lie seli-simples est, autant que possible, exée sur son aspect global, les algébres de lie n'intervenant que comme outils de démonstration.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