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Web 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Web book(N°:None)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223-229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multimedia/ télévision par internet/ </w:t>
            </w:r>
          </w:p>
        </w:tc>
      </w:tr>
    </w:tbl>
    <w:p>
      <w:pPr>
        <w:pStyle w:val="Heading3"/>
      </w:pPr>
      <w:r>
        <w:t>Résumé :</w:t>
      </w:r>
    </w:p>
    <w:p>
      <w:r>
        <w:t>Bénéficier d'un vidéoclub en ligne, de programmes sur votre hobby préféré, c'est ce que permet la Web TV. A l'ère du haut débit et des contenus multimédia, la TV sur Internet n'est plus une réalité virtuelle.Grâce à cet ouvrage, vous découvrirez tous les aspects de cette nouvelle boîte à image.</w:t>
        <w:br/>
        <w:br/>
        <w:t>Une première partie théorique a pour but de vous expliquer ce que sont les télévisions hertzienne, numérique, par satellite ou par Internet, quels sont les enjeux et les technologies sous-jacents. Dans une deuxième partie pratique, vous apprendrez à installer et mettre à jour les logiciels vous permettant d'accéder à la Web TV. Des adresses et des astuces vous sont également livrées pour que vous puissiez dénicher la TV qui vous correspond.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