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mathématique.T2, fonctions récursives, théorème de godel, théorie des ensembles, théorie des 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Lasca,Daniel/ Cori, René/ Krivine,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2100054538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logique mathématique/ </w:t>
            </w:r>
          </w:p>
        </w:tc>
      </w:tr>
    </w:tbl>
    <w:p>
      <w:pPr>
        <w:pStyle w:val="Heading3"/>
      </w:pPr>
      <w:r>
        <w:t>Résumé :</w:t>
      </w:r>
    </w:p>
    <w:p>
      <w:r>
        <w:t>Présente successivement les problèmes de récursivité et de formalisation de l'arithmétique, les théorèmes de godel, la théorie des ensembles ainsi que la théorie des modèles. chaque chapitre est accompagné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