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Windows 98, Me, 2000 et XP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Cassade, Manon/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Des tonnes de trucs(N°:None)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2744012890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windows xp/ système d’exploitation/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ouvrage, toujours à portée de main près de votre PC, vous évitera de perdre votre temps et votre bonne humeur dans ce genre de situation. Grâce a un index détaillé, à des explications cohérentes et succinctes, à de nombreux exemples, vous obtiendrez une réponse claire à chaque question que vous vous posez sur Windows, quelle que soit la version que vous possédez.  170217/02     170218/02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