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Perl et CGI pourl e World Wide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Michel/ Castro, Elizabeth/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Visual quickstart(N°:None)</w:t>
            </w:r>
          </w:p>
        </w:tc>
      </w:tr>
      <w:tr>
        <w:trPr>
          <w:trHeight w:val="567"/>
        </w:trPr>
        <w:tc>
          <w:tcPr>
            <w:tcW w:type="dxa" w:w="3000"/>
          </w:tcPr>
          <w:p>
            <w:r>
              <w:t>Notes Générales</w:t>
            </w:r>
          </w:p>
        </w:tc>
        <w:tc>
          <w:tcPr>
            <w:tcW w:type="dxa" w:w="7000"/>
          </w:tcPr>
          <w:p>
            <w:r>
              <w:t>Index p.p. 427-434</w:t>
            </w:r>
          </w:p>
        </w:tc>
      </w:tr>
      <w:tr>
        <w:trPr>
          <w:trHeight w:val="567"/>
        </w:trPr>
        <w:tc>
          <w:tcPr>
            <w:tcW w:type="dxa" w:w="3000"/>
          </w:tcPr>
          <w:p>
            <w:r>
              <w:t>Numéro d'Identification</w:t>
            </w:r>
          </w:p>
        </w:tc>
        <w:tc>
          <w:tcPr>
            <w:tcW w:type="dxa" w:w="7000"/>
          </w:tcPr>
          <w:p>
            <w:r>
              <w:t>274408011x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web/ développement web/ </w:t>
            </w:r>
          </w:p>
        </w:tc>
      </w:tr>
    </w:tbl>
    <w:p>
      <w:pPr>
        <w:pStyle w:val="Heading3"/>
      </w:pPr>
      <w:r>
        <w:t>Résumé :</w:t>
      </w:r>
    </w:p>
    <w:p>
      <w:r>
        <w:t>Ce livre va vous permettre de construire des applications Web interactives à l'aide de CGI (Common Gateway Interface) qui fait aujourd'hui office de plate-forme dominante dans le déploiement d'applications Web. Portable, simple et robuste, Perl est un langage de programmation particulièrement bien adapté à la programmation CGI, et de fait le plus répandu pour ce type d'applications.Vous découvrirez donc, étape par étape, comment créer des scripts CGI Perl pour traiter les informations de vos pages Web et dynamiser votre site.Vous apprendrez également à installer un serveur local pour tester vos scripts ainsi qu'à sécuriser vos données et votre serveur.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