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Calabria, Jane/ Burke, Dorothy/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BiblioMax(N°:None)</w:t>
            </w:r>
          </w:p>
        </w:tc>
      </w:tr>
      <w:tr>
        <w:trPr>
          <w:trHeight w:val="567"/>
        </w:trPr>
        <w:tc>
          <w:tcPr>
            <w:tcW w:type="dxa" w:w="3000"/>
          </w:tcPr>
          <w:p>
            <w:r>
              <w:t>Notes Générales</w:t>
            </w:r>
          </w:p>
        </w:tc>
        <w:tc>
          <w:tcPr>
            <w:tcW w:type="dxa" w:w="7000"/>
          </w:tcPr>
          <w:p>
            <w:r>
              <w:t>Index p.p. 613-630</w:t>
            </w:r>
          </w:p>
        </w:tc>
      </w:tr>
      <w:tr>
        <w:trPr>
          <w:trHeight w:val="567"/>
        </w:trPr>
        <w:tc>
          <w:tcPr>
            <w:tcW w:type="dxa" w:w="3000"/>
          </w:tcPr>
          <w:p>
            <w:r>
              <w:t>Numéro d'Identification</w:t>
            </w:r>
          </w:p>
        </w:tc>
        <w:tc>
          <w:tcPr>
            <w:tcW w:type="dxa" w:w="7000"/>
          </w:tcPr>
          <w:p>
            <w:r>
              <w:t>2744004596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98/ </w:t>
            </w:r>
          </w:p>
        </w:tc>
      </w:tr>
    </w:tbl>
    <w:p>
      <w:pPr>
        <w:pStyle w:val="Heading3"/>
      </w:pPr>
      <w:r>
        <w:t>Résumé :</w:t>
      </w:r>
    </w:p>
    <w:p>
      <w:r>
        <w:t>Avec le bibliomax windows 98, maîtrisez rapidement votre système d'exploitation. Organisé en chapitres courts, clairs et assimilables en une dizaine de minutes, cet ouvrage vous explique comment naviguer sur votre ordinateur, gérer efficacement fichiers et dossiers, personnaliser votre système, configurer les périphériques et travailler avec les applications Windows. Vous y découvrirez également Interne Explorer 4 et les possibilités qu'il offre pour la personnalisation de Windows. Vous apprendrez à surfer sur le Web, à envoyer et recevoir du courrier électronique, à participer à des forums de discussion et des conférences virtuelles ou à créer votre propre page Web. Enfin, vous saurez utiliser Windows 98 en réseau et avec des ordinateurs portables. Des instructions simples et concises ainsi que de nombreux conseils vous permettront d'être productif instantanément.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