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L'algorithmique et le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Canevet,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et 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algorithmique/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propose une approche pédagogique pour comprendre et maîtriser les concepts fondamentaux de l'algorithmique en s'appuyant sur le langage Pascal. Il guide le lecteur à travers les principes de programmation structurée et l’élaboration d’algorithmes efficaces avant leur mise en oeuvre en Pascal.L’auteur aborde progressivement les notions essentielles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