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générale d'analyse d'une application informatique.T1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Castellani,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291-294. Index p.p. 295-299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2225809186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 d'analyse/ gestion de projet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suivants:La odification,Les tables de décision, Les Fichiers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