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former en 1 jour(N°:None)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199-210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cédéroms / gravure/ </w:t>
            </w:r>
          </w:p>
        </w:tc>
      </w:tr>
    </w:tbl>
    <w:p>
      <w:pPr>
        <w:pStyle w:val="Heading3"/>
      </w:pPr>
      <w:r>
        <w:t>Résumé :</w:t>
      </w:r>
    </w:p>
    <w:p>
      <w:r>
        <w:t>Cet ouvrage, vous maîtriserez la gravure des CD en une seule journée. Chaque chapitre ne vous demandera qu'une heure d'apprentissage. De la compréhension des normes au dépannage et à l'amélioration des performances de votre station de gravure, Se former à la gravure des CD en un jour vous dévoile toutes les connaissances nécessaires pour graver tous types de CD.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