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Charroux, Benoît/ Thierry-Mieg, Yann/ Osmani, Aomar/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Bibliogr. Index p.p. 253-256</w:t>
            </w:r>
          </w:p>
        </w:tc>
      </w:tr>
      <w:tr>
        <w:trPr>
          <w:trHeight w:val="567"/>
        </w:trPr>
        <w:tc>
          <w:tcPr>
            <w:tcW w:type="dxa" w:w="3000"/>
          </w:tcPr>
          <w:p>
            <w:r>
              <w:t>Numéro d'Identification</w:t>
            </w:r>
          </w:p>
        </w:tc>
        <w:tc>
          <w:tcPr>
            <w:tcW w:type="dxa" w:w="7000"/>
          </w:tcPr>
          <w:p>
            <w:r>
              <w:t>9782744072871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UML/ </w:t>
            </w:r>
          </w:p>
        </w:tc>
      </w:tr>
    </w:tbl>
    <w:p>
      <w:pPr>
        <w:pStyle w:val="Heading3"/>
      </w:pPr>
      <w:r>
        <w:t>Résumé :</w:t>
      </w:r>
    </w:p>
    <w:p>
      <w:r>
        <w:t>UML est le langage de modélisation le plus utilisé dans l'industrie, principalement pour le développement logiciel. Synthex UML 2 présente tous les concepts fondamentaux de ce langage et les met en perspective au moyen de nombreux exemples commentés. Il explique également comment les différents modèles nécessaires à la conception d'un logiciel se complètent pour en donner une vision exhaustive et cohérente. Les exercices corrigés, qui représentent la moitié de chaque chapitre, permettent d'appliquer les notions présentées. Une étude de cas finale rassemble les éléments essentiels du langage et montre comment mettre en oeuvre les évolutions d'UML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