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Spéctroscopie instrumentale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Jacquinot, P/ Bousquet, P/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chimique/ technique instrumentale/ </w:t>
            </w:r>
          </w:p>
        </w:tc>
      </w:tr>
    </w:tbl>
    <w:p>
      <w:pPr>
        <w:pStyle w:val="Heading3"/>
      </w:pPr>
      <w:r>
        <w:t>Résumé :</w:t>
      </w:r>
    </w:p>
    <w:p>
      <w:r>
        <w:t>ce livre fournit à la fois les fondements théoriques et les outils pratiques nécessaires pour comprendre et utiliser la spectroscopie comme méthode d’analyse instrumentale, en mettant l’accent sur la précision expérimentale et l’adaptation des techniques aux besoins analytiques.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