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techniques de laboratoire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Bourguet, Erika/ Augé, Christophe/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154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9782729838713</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recristallisation/ distillation/ </w:t>
            </w:r>
          </w:p>
        </w:tc>
      </w:tr>
    </w:tbl>
    <w:p>
      <w:pPr>
        <w:pStyle w:val="Heading3"/>
      </w:pPr>
      <w:r>
        <w:t>Résumé :</w:t>
      </w:r>
    </w:p>
    <w:p>
      <w:r>
        <w:t>Cet ouvrage  regroupe toutes les informations nécessaires pour une bonne compréhension des techniques de laboratoire, notamment en chimie organique. Les notions les plus importantes sont explicitées dans des chapitres successivement consacrés aux méthodes qui permettent d'isoler, de purifier et de caractériser un composé chimique : recristallisation, extraction, distillation, travail sous atmosphère inerte, chromatographie, mesures physiques. Un dernier chapitre rappelle les règles d'hygiène et de sécurité indispensables dans un laboratoire et aide à la présentation d'un rapport. L'ouvrage est synthétique, simple et pratique pour guider l'étudiant dans son apprentissage et le technicien dans l'exercice d'une bonne pratique quotidienne.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