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resolus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Bitar, H./ Chlyen, M./ El Anba,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méthodologie de résolution/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 chimie organique , et pour les biologistes qui trouvent en cette discipline les principale base à la biochimie et à la la compréhension des mécanismes moléculaire intervenant dans le systèmes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