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Chimie génerale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Frajman; Pascal/ Demolliens; Alain/ Gauthier; Corinne/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Prepas scientif(N°:None)</w:t>
            </w:r>
          </w:p>
        </w:tc>
      </w:tr>
      <w:tr>
        <w:trPr>
          <w:trHeight w:val="567"/>
        </w:trPr>
        <w:tc>
          <w:tcPr>
            <w:tcW w:type="dxa" w:w="3000"/>
          </w:tcPr>
          <w:p>
            <w:r>
              <w:t>Notes Générales</w:t>
            </w:r>
          </w:p>
        </w:tc>
        <w:tc>
          <w:tcPr>
            <w:tcW w:type="dxa" w:w="7000"/>
          </w:tcPr>
          <w:p>
            <w:r>
              <w:t>Index p.p. 471-474</w:t>
            </w:r>
          </w:p>
        </w:tc>
      </w:tr>
      <w:tr>
        <w:trPr>
          <w:trHeight w:val="567"/>
        </w:trPr>
        <w:tc>
          <w:tcPr>
            <w:tcW w:type="dxa" w:w="3000"/>
          </w:tcPr>
          <w:p>
            <w:r>
              <w:t>Numéro d'Identification</w:t>
            </w:r>
          </w:p>
        </w:tc>
        <w:tc>
          <w:tcPr>
            <w:tcW w:type="dxa" w:w="7000"/>
          </w:tcPr>
          <w:p>
            <w:r>
              <w:t>9782091603278</w:t>
            </w:r>
          </w:p>
        </w:tc>
      </w:tr>
      <w:tr>
        <w:trPr>
          <w:trHeight w:val="567"/>
        </w:trPr>
        <w:tc>
          <w:tcPr>
            <w:tcW w:type="dxa" w:w="3000"/>
          </w:tcPr>
          <w:p>
            <w:r>
              <w:t>Sujet(s)</w:t>
            </w:r>
          </w:p>
        </w:tc>
        <w:tc>
          <w:tcPr>
            <w:tcW w:type="dxa" w:w="7000"/>
          </w:tcPr>
          <w:p>
            <w:r>
              <w:t xml:space="preserve">chimie/ </w:t>
            </w:r>
          </w:p>
        </w:tc>
      </w:tr>
    </w:tbl>
    <w:p>
      <w:pPr>
        <w:pStyle w:val="Heading3"/>
      </w:pPr>
      <w:r>
        <w:t>Résumé :</w:t>
      </w:r>
    </w:p>
    <w:p>
      <w:r>
        <w:t>Dans chaque chapitre, un résumé du cours de chimie pour retenir l'essentiel, des QCM et des exercices d'application directe du cours pour vérifier ses connaissances avant une colle, des exercices classiques résolus avec des explications méthodologiques détaillées et des conseils.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