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Rezzouk, Marc/ Dugardin,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Concours Ecoles d'ingénieurs(N°:None)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9782100721283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suite mathématique/ théorie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Propose un entrainement complet pour préparer les épreuves de mathématiques, écrit et oral. Avec des énoncés d'exercices et problèmes allant de classique à original, des exercices sur le programme d'informatique Python, les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