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Commande H (symbole infini) et 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Duc; Gilles/ Font, Stéphane/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Hérmes science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 117-121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2746200414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analyse/ commande automatique/ commande H-infini/ </w:t>
            </w:r>
          </w:p>
        </w:tc>
      </w:tr>
    </w:tbl>
    <w:p>
      <w:pPr>
        <w:pStyle w:val="Heading3"/>
      </w:pPr>
      <w:r>
        <w:t>Résumé :</w:t>
      </w:r>
    </w:p>
    <w:p>
      <w:r>
        <w:t>La mise en équation d'un processus physique nécessite des approximations d'ou résultent des incertitudes de modèles. Il faut étudier la robustesse de la loi de commande, c'est-à-dire chercher à garantir la stabilité et un certain degré de performances en dépit de différentes incertitudes quantifiées de façon appropriée. Des exercices corrigés et des études de cas complètent l'ouvrage.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