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 boole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Département Profor E.D.F./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L'Enseignement Programmé au Service de l'Entreprise(N°:None)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2040049126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boole/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d'E.D.F.G.D..F., ce manuel a été rédiger pour des agents de maitrise supérieur ayant cinq à dix ans d'expérience et ayant besoin d'etre recyclés avant de se voir confier l'entretien d'organes automatisés dans des centrales thermiques dans la formation à dispenser il était nécessaire d'introduire des notions d'algèbre de boole.....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