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Denizet,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Prépas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9782091604763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 linéaire/ fonction usuelle/ </w:t>
            </w:r>
          </w:p>
        </w:tc>
      </w:tr>
    </w:tbl>
    <w:p>
      <w:pPr>
        <w:pStyle w:val="Heading3"/>
      </w:pPr>
      <w:r>
        <w:t>Résumé :</w:t>
      </w:r>
    </w:p>
    <w:p>
      <w:r>
        <w:t>Dans chaque chapitre ce cet ouvrage, vous trouverez :</w:t>
        <w:br/>
        <w:br/>
        <w:br/>
        <w:br/>
        <w:t>un résumé de cours, clair et concis, pour vous aidez à retenir l'essentiel</w:t>
        <w:br/>
        <w:br/>
        <w:t>des QCM et des exercices d'application directe du cours, pour vérifier vos connaissances avant une coll</w:t>
        <w:br/>
        <w:br/>
        <w:t>des exercices "classiques" résolus, avec des explications méthodologiques détaillées et des conseils, pour apprendre à raisonner et à éviter les pièges</w:t>
        <w:br/>
        <w:br/>
        <w:t>de nombreux exercices pour s'entraîner avec une indication du niveau de difficulté et de la durée approximative</w:t>
        <w:br/>
        <w:br/>
        <w:t>tous les corrigés détailles et commentés, pour comprendre et savoir rédiger correctement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