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Algèbre linéaire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Héaulme, François/ Denmat, Anne/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9782100040056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algébre linéaire/ </w:t>
            </w:r>
          </w:p>
        </w:tc>
      </w:tr>
    </w:tbl>
    <w:p>
      <w:pPr>
        <w:pStyle w:val="Heading3"/>
      </w:pPr>
      <w:r>
        <w:t>Résumé :</w:t>
      </w:r>
    </w:p>
    <w:p>
      <w:r>
        <w:t>Couvre le programme d'algèbre de 2e année sous forme de rappels de cours, de questions de réflexion et d'exercices d'entrainement. Ce volume fait partie de 4 TD de mathématiques destinés aux étudiants des Deug MIAS et MASS.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