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 compression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Boukelif, Aoued/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p.p. 203-207</w:t>
            </w:r>
          </w:p>
        </w:tc>
      </w:tr>
      <w:tr>
        <w:trPr>
          <w:trHeight w:val="567"/>
        </w:trPr>
        <w:tc>
          <w:tcPr>
            <w:tcW w:type="dxa" w:w="3000"/>
          </w:tcPr>
          <w:p>
            <w:r>
              <w:t>Numéro d'Identification</w:t>
            </w:r>
          </w:p>
        </w:tc>
        <w:tc>
          <w:tcPr>
            <w:tcW w:type="dxa" w:w="7000"/>
          </w:tcPr>
          <w:p>
            <w:r>
              <w:t>9789961006962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codage/ compression/ décodage/ </w:t>
            </w:r>
          </w:p>
        </w:tc>
      </w:tr>
    </w:tbl>
    <w:p>
      <w:pPr>
        <w:pStyle w:val="Heading3"/>
      </w:pPr>
      <w:r>
        <w:t>Résumé :</w:t>
      </w:r>
    </w:p>
    <w:p>
      <w:r>
        <w:t>Le livre est conçu pour être accessible à tous .les étudiants ingénieurs des cycles universitaires et des écoles techniques supérieures des métiers des télécommmunication (audiovisuel,TV ,télématique …)et de l'informatique y trouveront des informations essentielles qui devraient contribuer à la « culture »audiovisuelle et télématique .les ingenieurs et techniciens praticiens travaillant dans le domaine audiovisuel y trouveront des informations de leur domaine mais aussi des données compréhensibles sur des domaines qui ne sont pas les leur.Aux chercheurs,scientifiques et enseignants. ce livre apporte un outil de travail et une base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