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Photoshop 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Bouton, Gary David/ Barbara, Bouton/ Jolivalt, Bernard/ Prout,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&amp; Schuster Macmillan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Macmillan(N°:None)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 683-690. Index p.p. 691-700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2744005185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infographie/ adobe photoshop (logiciel)/ traitement d'image/ logiciel de dessin/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 vous livrera toutes les clés pour personnaliser Photoshop, retoucher, restaurer ou truquer une photo, créer des images surréalistes et des effets spéciaux. Vous apprendrez également à concevoir des images pour le Web et à utiliser Photoshop avec d'autres logiciels de dessin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