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SQL server 2005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Brust, Andrew J./ Forte, Stephen/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Microsoft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x 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outils du développeur(N°:None)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2100506137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SQL server (logiciel)/ </w:t>
            </w:r>
          </w:p>
        </w:tc>
      </w:tr>
    </w:tbl>
    <w:p>
      <w:pPr>
        <w:pStyle w:val="Heading3"/>
      </w:pPr>
      <w:r>
        <w:t>Résumé :</w:t>
      </w:r>
    </w:p>
    <w:p>
      <w:r>
        <w:t>La nouvelle version de SQL Server 2005 apporte de très nombreuses fonctionnalités. Les développeurs trouveront donc ici la matière pour aller plus loin, notamment en utilisant la programmation pour l'adapter à leurs besoins et améliorer la sécurité de leurs bases de données.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